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B3EF9" w14:textId="3A605AD2" w:rsidR="00DA4F67" w:rsidRDefault="0064639C" w:rsidP="00A825DD">
      <w:pPr>
        <w:spacing w:after="0"/>
        <w:rPr>
          <w:rFonts w:ascii="Arial" w:hAnsi="Arial" w:cs="Arial"/>
          <w:b/>
          <w:sz w:val="16"/>
          <w:szCs w:val="16"/>
          <w:lang w:val="cs-CZ"/>
        </w:rPr>
      </w:pPr>
      <w:r w:rsidRPr="005D167C">
        <w:rPr>
          <w:rFonts w:ascii="Times New Roman" w:hAnsi="Times New Roman" w:cs="Times New Roman"/>
          <w:noProof/>
          <w:sz w:val="20"/>
          <w:szCs w:val="20"/>
          <w:lang w:val="cs-CZ"/>
        </w:rPr>
        <w:drawing>
          <wp:anchor distT="0" distB="0" distL="114300" distR="114300" simplePos="0" relativeHeight="251660288" behindDoc="1" locked="0" layoutInCell="1" allowOverlap="1" wp14:anchorId="0515E475" wp14:editId="7CDC1356">
            <wp:simplePos x="0" y="0"/>
            <wp:positionH relativeFrom="column">
              <wp:posOffset>-83185</wp:posOffset>
            </wp:positionH>
            <wp:positionV relativeFrom="paragraph">
              <wp:posOffset>-888981</wp:posOffset>
            </wp:positionV>
            <wp:extent cx="1732915" cy="1084997"/>
            <wp:effectExtent l="0" t="0" r="0" b="0"/>
            <wp:wrapNone/>
            <wp:docPr id="2" name="Grafický 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084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93C">
        <w:rPr>
          <w:rFonts w:ascii="Times New Roman" w:hAnsi="Times New Roman" w:cs="Times New Roman"/>
          <w:noProof/>
          <w:sz w:val="20"/>
          <w:szCs w:val="20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06D10C" wp14:editId="49EFCA89">
                <wp:simplePos x="0" y="0"/>
                <wp:positionH relativeFrom="column">
                  <wp:posOffset>5317</wp:posOffset>
                </wp:positionH>
                <wp:positionV relativeFrom="paragraph">
                  <wp:posOffset>134364</wp:posOffset>
                </wp:positionV>
                <wp:extent cx="5281684" cy="0"/>
                <wp:effectExtent l="38100" t="38100" r="71755" b="95250"/>
                <wp:wrapNone/>
                <wp:docPr id="162291806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168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76F8E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0.6pt" to="416.3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 w:rsidR="0014566B" w:rsidRPr="005D167C">
        <w:rPr>
          <w:rFonts w:ascii="Arial" w:hAnsi="Arial" w:cs="Arial"/>
          <w:sz w:val="16"/>
          <w:szCs w:val="16"/>
          <w:lang w:val="cs-CZ"/>
        </w:rPr>
        <w:br/>
      </w:r>
    </w:p>
    <w:p w14:paraId="56B5AD10" w14:textId="77777777" w:rsidR="00C6793C" w:rsidRDefault="00C6793C" w:rsidP="00A825DD">
      <w:pPr>
        <w:spacing w:after="0"/>
        <w:rPr>
          <w:rFonts w:ascii="Arial" w:hAnsi="Arial" w:cs="Arial"/>
          <w:b/>
          <w:sz w:val="16"/>
          <w:szCs w:val="16"/>
          <w:lang w:val="cs-CZ"/>
        </w:rPr>
      </w:pPr>
    </w:p>
    <w:p w14:paraId="7BFD099D" w14:textId="77777777" w:rsidR="00C6793C" w:rsidRDefault="00C6793C" w:rsidP="00A825DD">
      <w:pPr>
        <w:spacing w:after="0"/>
        <w:rPr>
          <w:rFonts w:ascii="Arial" w:hAnsi="Arial" w:cs="Arial"/>
          <w:b/>
          <w:sz w:val="16"/>
          <w:szCs w:val="16"/>
          <w:lang w:val="cs-CZ"/>
        </w:rPr>
      </w:pPr>
    </w:p>
    <w:p w14:paraId="788AF182" w14:textId="77777777" w:rsidR="00C46BD7" w:rsidRDefault="00C46BD7" w:rsidP="00A825DD">
      <w:pPr>
        <w:spacing w:after="0"/>
        <w:rPr>
          <w:rFonts w:ascii="Arial" w:hAnsi="Arial" w:cs="Arial"/>
          <w:b/>
          <w:sz w:val="16"/>
          <w:szCs w:val="16"/>
          <w:lang w:val="cs-CZ"/>
        </w:rPr>
      </w:pPr>
    </w:p>
    <w:tbl>
      <w:tblPr>
        <w:tblStyle w:val="TableGridLight"/>
        <w:tblpPr w:leftFromText="180" w:rightFromText="180" w:vertAnchor="page" w:horzAnchor="margin" w:tblpY="3466"/>
        <w:tblW w:w="9569" w:type="dxa"/>
        <w:tblLook w:val="04A0" w:firstRow="1" w:lastRow="0" w:firstColumn="1" w:lastColumn="0" w:noHBand="0" w:noVBand="1"/>
      </w:tblPr>
      <w:tblGrid>
        <w:gridCol w:w="1437"/>
        <w:gridCol w:w="3029"/>
        <w:gridCol w:w="2710"/>
        <w:gridCol w:w="2393"/>
      </w:tblGrid>
      <w:tr w:rsidR="00C46BD7" w:rsidRPr="003733FE" w14:paraId="2039E68D" w14:textId="77777777" w:rsidTr="00C7544F">
        <w:trPr>
          <w:trHeight w:val="554"/>
        </w:trPr>
        <w:tc>
          <w:tcPr>
            <w:tcW w:w="1437" w:type="dxa"/>
          </w:tcPr>
          <w:p w14:paraId="7255F1FC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Září</w:t>
            </w:r>
          </w:p>
        </w:tc>
        <w:tc>
          <w:tcPr>
            <w:tcW w:w="3029" w:type="dxa"/>
          </w:tcPr>
          <w:p w14:paraId="66313E04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28.09.202</w:t>
            </w:r>
            <w:r>
              <w:rPr>
                <w:sz w:val="24"/>
                <w:szCs w:val="24"/>
                <w:lang w:val="cs-CZ"/>
              </w:rPr>
              <w:t>6</w:t>
            </w:r>
          </w:p>
        </w:tc>
        <w:tc>
          <w:tcPr>
            <w:tcW w:w="2710" w:type="dxa"/>
          </w:tcPr>
          <w:p w14:paraId="0A2507D5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Státní svátek</w:t>
            </w:r>
          </w:p>
        </w:tc>
        <w:tc>
          <w:tcPr>
            <w:tcW w:w="2393" w:type="dxa"/>
          </w:tcPr>
          <w:p w14:paraId="49AA2AD4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pondělí</w:t>
            </w:r>
          </w:p>
        </w:tc>
      </w:tr>
      <w:tr w:rsidR="00C46BD7" w:rsidRPr="007F3F1C" w14:paraId="018DC7F0" w14:textId="77777777" w:rsidTr="00C7544F">
        <w:trPr>
          <w:trHeight w:val="1315"/>
        </w:trPr>
        <w:tc>
          <w:tcPr>
            <w:tcW w:w="1437" w:type="dxa"/>
          </w:tcPr>
          <w:p w14:paraId="684E7966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Říjen</w:t>
            </w:r>
          </w:p>
        </w:tc>
        <w:tc>
          <w:tcPr>
            <w:tcW w:w="3029" w:type="dxa"/>
          </w:tcPr>
          <w:p w14:paraId="25943784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26.10.2026</w:t>
            </w:r>
          </w:p>
          <w:p w14:paraId="01DB2D1C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27.10.2026 – 30.10.2026</w:t>
            </w:r>
          </w:p>
          <w:p w14:paraId="41ACEE89" w14:textId="79CBA12E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28.10.2026</w:t>
            </w:r>
          </w:p>
        </w:tc>
        <w:tc>
          <w:tcPr>
            <w:tcW w:w="2710" w:type="dxa"/>
          </w:tcPr>
          <w:p w14:paraId="2247D0A4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ŘV</w:t>
            </w:r>
          </w:p>
          <w:p w14:paraId="3C41242C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Podzimní prázdniny</w:t>
            </w:r>
          </w:p>
          <w:p w14:paraId="243A8A87" w14:textId="45F00D63" w:rsidR="003E04CB" w:rsidRPr="007A4439" w:rsidRDefault="003E04CB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Státní svátek</w:t>
            </w:r>
          </w:p>
        </w:tc>
        <w:tc>
          <w:tcPr>
            <w:tcW w:w="2393" w:type="dxa"/>
          </w:tcPr>
          <w:p w14:paraId="74E12EC9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pondělí</w:t>
            </w:r>
          </w:p>
          <w:p w14:paraId="5247612C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 xml:space="preserve">úterý </w:t>
            </w:r>
            <w:r>
              <w:rPr>
                <w:sz w:val="24"/>
                <w:szCs w:val="24"/>
                <w:lang w:val="cs-CZ"/>
              </w:rPr>
              <w:t xml:space="preserve">– pátek </w:t>
            </w:r>
          </w:p>
          <w:p w14:paraId="3716D247" w14:textId="2CFDAEBB" w:rsidR="00C46BD7" w:rsidRPr="007A4439" w:rsidRDefault="003E04CB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středa</w:t>
            </w:r>
          </w:p>
        </w:tc>
      </w:tr>
      <w:tr w:rsidR="00C46BD7" w:rsidRPr="003733FE" w14:paraId="5B9E04BE" w14:textId="77777777" w:rsidTr="00C7544F">
        <w:trPr>
          <w:trHeight w:val="582"/>
        </w:trPr>
        <w:tc>
          <w:tcPr>
            <w:tcW w:w="1437" w:type="dxa"/>
          </w:tcPr>
          <w:p w14:paraId="373BE302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Listopad</w:t>
            </w:r>
          </w:p>
        </w:tc>
        <w:tc>
          <w:tcPr>
            <w:tcW w:w="3029" w:type="dxa"/>
          </w:tcPr>
          <w:p w14:paraId="0F808CA3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1</w:t>
            </w:r>
            <w:r>
              <w:rPr>
                <w:sz w:val="24"/>
                <w:szCs w:val="24"/>
                <w:lang w:val="cs-CZ"/>
              </w:rPr>
              <w:t>6</w:t>
            </w:r>
            <w:r w:rsidRPr="007A4439">
              <w:rPr>
                <w:sz w:val="24"/>
                <w:szCs w:val="24"/>
                <w:lang w:val="cs-CZ"/>
              </w:rPr>
              <w:t>.11.202</w:t>
            </w:r>
            <w:r>
              <w:rPr>
                <w:sz w:val="24"/>
                <w:szCs w:val="24"/>
                <w:lang w:val="cs-CZ"/>
              </w:rPr>
              <w:t>6</w:t>
            </w:r>
          </w:p>
          <w:p w14:paraId="519FFE0A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17.11.2026</w:t>
            </w:r>
          </w:p>
          <w:p w14:paraId="01E1A1A6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710" w:type="dxa"/>
          </w:tcPr>
          <w:p w14:paraId="480312E1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ŘV</w:t>
            </w:r>
          </w:p>
          <w:p w14:paraId="38F816B6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Státní svátek</w:t>
            </w:r>
          </w:p>
        </w:tc>
        <w:tc>
          <w:tcPr>
            <w:tcW w:w="2393" w:type="dxa"/>
          </w:tcPr>
          <w:p w14:paraId="208C0DD9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pondělí</w:t>
            </w:r>
          </w:p>
          <w:p w14:paraId="37FC0D7B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úterý</w:t>
            </w:r>
          </w:p>
        </w:tc>
      </w:tr>
      <w:tr w:rsidR="00C46BD7" w:rsidRPr="003733FE" w14:paraId="4C59FBB3" w14:textId="77777777" w:rsidTr="00C7544F">
        <w:trPr>
          <w:trHeight w:val="632"/>
        </w:trPr>
        <w:tc>
          <w:tcPr>
            <w:tcW w:w="1437" w:type="dxa"/>
          </w:tcPr>
          <w:p w14:paraId="5828DDCA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Prosinec</w:t>
            </w:r>
          </w:p>
        </w:tc>
        <w:tc>
          <w:tcPr>
            <w:tcW w:w="3029" w:type="dxa"/>
          </w:tcPr>
          <w:p w14:paraId="32D17662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21.12.2026 – 22.12.2026</w:t>
            </w:r>
          </w:p>
          <w:p w14:paraId="28B76BF0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23.12.2026 – 01.01.2027</w:t>
            </w:r>
          </w:p>
          <w:p w14:paraId="1FB4A3F7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710" w:type="dxa"/>
          </w:tcPr>
          <w:p w14:paraId="70030309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ŘV</w:t>
            </w:r>
          </w:p>
          <w:p w14:paraId="3E9854F9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Vánoční prázdniny</w:t>
            </w:r>
          </w:p>
        </w:tc>
        <w:tc>
          <w:tcPr>
            <w:tcW w:w="2393" w:type="dxa"/>
          </w:tcPr>
          <w:p w14:paraId="7500B317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pondělí – úterý</w:t>
            </w:r>
          </w:p>
          <w:p w14:paraId="36E36301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středa - pátek</w:t>
            </w:r>
          </w:p>
        </w:tc>
      </w:tr>
      <w:tr w:rsidR="00C46BD7" w:rsidRPr="003733FE" w14:paraId="352380E3" w14:textId="77777777" w:rsidTr="00C7544F">
        <w:trPr>
          <w:trHeight w:val="800"/>
        </w:trPr>
        <w:tc>
          <w:tcPr>
            <w:tcW w:w="1437" w:type="dxa"/>
          </w:tcPr>
          <w:p w14:paraId="3319CFCE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Leden</w:t>
            </w:r>
          </w:p>
        </w:tc>
        <w:tc>
          <w:tcPr>
            <w:tcW w:w="3029" w:type="dxa"/>
          </w:tcPr>
          <w:p w14:paraId="0045DA25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28</w:t>
            </w:r>
            <w:r w:rsidRPr="007A4439">
              <w:rPr>
                <w:sz w:val="24"/>
                <w:szCs w:val="24"/>
                <w:lang w:val="cs-CZ"/>
              </w:rPr>
              <w:t>.01.202</w:t>
            </w:r>
            <w:r>
              <w:rPr>
                <w:sz w:val="24"/>
                <w:szCs w:val="24"/>
                <w:lang w:val="cs-CZ"/>
              </w:rPr>
              <w:t>7</w:t>
            </w:r>
          </w:p>
          <w:p w14:paraId="12CE7BC9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29</w:t>
            </w:r>
            <w:r w:rsidRPr="007A4439">
              <w:rPr>
                <w:sz w:val="24"/>
                <w:szCs w:val="24"/>
                <w:lang w:val="cs-CZ"/>
              </w:rPr>
              <w:t>.01.202</w:t>
            </w:r>
            <w:r>
              <w:rPr>
                <w:sz w:val="24"/>
                <w:szCs w:val="24"/>
                <w:lang w:val="cs-CZ"/>
              </w:rPr>
              <w:t>7</w:t>
            </w:r>
          </w:p>
        </w:tc>
        <w:tc>
          <w:tcPr>
            <w:tcW w:w="2710" w:type="dxa"/>
          </w:tcPr>
          <w:p w14:paraId="166F864C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Vysvědčení</w:t>
            </w:r>
          </w:p>
          <w:p w14:paraId="4F7FBCE6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Pololetní prázdniny</w:t>
            </w:r>
          </w:p>
        </w:tc>
        <w:tc>
          <w:tcPr>
            <w:tcW w:w="2393" w:type="dxa"/>
          </w:tcPr>
          <w:p w14:paraId="727EA4CA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čtvrtek</w:t>
            </w:r>
          </w:p>
          <w:p w14:paraId="7F84D89C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</w:t>
            </w:r>
            <w:r w:rsidRPr="007A4439">
              <w:rPr>
                <w:sz w:val="24"/>
                <w:szCs w:val="24"/>
                <w:lang w:val="cs-CZ"/>
              </w:rPr>
              <w:t>átek</w:t>
            </w:r>
          </w:p>
          <w:p w14:paraId="2676C2FF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</w:tr>
      <w:tr w:rsidR="00C46BD7" w:rsidRPr="003733FE" w14:paraId="0EBF4BEE" w14:textId="77777777" w:rsidTr="00C7544F">
        <w:trPr>
          <w:trHeight w:val="669"/>
        </w:trPr>
        <w:tc>
          <w:tcPr>
            <w:tcW w:w="1437" w:type="dxa"/>
          </w:tcPr>
          <w:p w14:paraId="2E144C8C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Únor</w:t>
            </w:r>
          </w:p>
        </w:tc>
        <w:tc>
          <w:tcPr>
            <w:tcW w:w="3029" w:type="dxa"/>
          </w:tcPr>
          <w:p w14:paraId="5BC966A8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01.02.2027 – 05.02.2027</w:t>
            </w:r>
          </w:p>
        </w:tc>
        <w:tc>
          <w:tcPr>
            <w:tcW w:w="2710" w:type="dxa"/>
          </w:tcPr>
          <w:p w14:paraId="58742607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Jarní prázdniny</w:t>
            </w:r>
          </w:p>
        </w:tc>
        <w:tc>
          <w:tcPr>
            <w:tcW w:w="2393" w:type="dxa"/>
          </w:tcPr>
          <w:p w14:paraId="7AE3C311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pondělí – pátek</w:t>
            </w:r>
          </w:p>
        </w:tc>
      </w:tr>
      <w:tr w:rsidR="00C46BD7" w:rsidRPr="003733FE" w14:paraId="46B0F2C6" w14:textId="77777777" w:rsidTr="00C7544F">
        <w:trPr>
          <w:trHeight w:val="792"/>
        </w:trPr>
        <w:tc>
          <w:tcPr>
            <w:tcW w:w="1437" w:type="dxa"/>
          </w:tcPr>
          <w:p w14:paraId="5BD09A8A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Březen</w:t>
            </w:r>
          </w:p>
        </w:tc>
        <w:tc>
          <w:tcPr>
            <w:tcW w:w="3029" w:type="dxa"/>
          </w:tcPr>
          <w:p w14:paraId="6CC578FF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25</w:t>
            </w:r>
            <w:r w:rsidRPr="007A4439">
              <w:rPr>
                <w:sz w:val="24"/>
                <w:szCs w:val="24"/>
                <w:lang w:val="cs-CZ"/>
              </w:rPr>
              <w:t>.03.202</w:t>
            </w:r>
            <w:r>
              <w:rPr>
                <w:sz w:val="24"/>
                <w:szCs w:val="24"/>
                <w:lang w:val="cs-CZ"/>
              </w:rPr>
              <w:t>7</w:t>
            </w:r>
            <w:r w:rsidRPr="007A4439">
              <w:rPr>
                <w:sz w:val="24"/>
                <w:szCs w:val="24"/>
                <w:lang w:val="cs-CZ"/>
              </w:rPr>
              <w:t xml:space="preserve"> – </w:t>
            </w:r>
            <w:r>
              <w:rPr>
                <w:sz w:val="24"/>
                <w:szCs w:val="24"/>
                <w:lang w:val="cs-CZ"/>
              </w:rPr>
              <w:t>29</w:t>
            </w:r>
            <w:r w:rsidRPr="007A4439">
              <w:rPr>
                <w:sz w:val="24"/>
                <w:szCs w:val="24"/>
                <w:lang w:val="cs-CZ"/>
              </w:rPr>
              <w:t>.03.202</w:t>
            </w:r>
            <w:r>
              <w:rPr>
                <w:sz w:val="24"/>
                <w:szCs w:val="24"/>
                <w:lang w:val="cs-CZ"/>
              </w:rPr>
              <w:t>7</w:t>
            </w:r>
          </w:p>
        </w:tc>
        <w:tc>
          <w:tcPr>
            <w:tcW w:w="2710" w:type="dxa"/>
          </w:tcPr>
          <w:p w14:paraId="6EBFB8CF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Velikonoční</w:t>
            </w:r>
            <w:r w:rsidRPr="007A4439">
              <w:rPr>
                <w:sz w:val="24"/>
                <w:szCs w:val="24"/>
                <w:lang w:val="cs-CZ"/>
              </w:rPr>
              <w:t xml:space="preserve"> prázdniny</w:t>
            </w:r>
          </w:p>
        </w:tc>
        <w:tc>
          <w:tcPr>
            <w:tcW w:w="2393" w:type="dxa"/>
          </w:tcPr>
          <w:p w14:paraId="4C21C5E0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čtvrtek – pondělí</w:t>
            </w:r>
          </w:p>
        </w:tc>
      </w:tr>
      <w:tr w:rsidR="00C46BD7" w:rsidRPr="003733FE" w14:paraId="0A80A975" w14:textId="77777777" w:rsidTr="00C7544F">
        <w:trPr>
          <w:trHeight w:val="613"/>
        </w:trPr>
        <w:tc>
          <w:tcPr>
            <w:tcW w:w="1437" w:type="dxa"/>
          </w:tcPr>
          <w:p w14:paraId="0D5E6BF3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Duben</w:t>
            </w:r>
          </w:p>
        </w:tc>
        <w:tc>
          <w:tcPr>
            <w:tcW w:w="3029" w:type="dxa"/>
          </w:tcPr>
          <w:p w14:paraId="7A6010D5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710" w:type="dxa"/>
          </w:tcPr>
          <w:p w14:paraId="5272A720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393" w:type="dxa"/>
          </w:tcPr>
          <w:p w14:paraId="13825842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</w:tr>
      <w:tr w:rsidR="00C46BD7" w:rsidRPr="003733FE" w14:paraId="75A699C8" w14:textId="77777777" w:rsidTr="003E04CB">
        <w:trPr>
          <w:trHeight w:val="569"/>
        </w:trPr>
        <w:tc>
          <w:tcPr>
            <w:tcW w:w="1437" w:type="dxa"/>
            <w:tcBorders>
              <w:bottom w:val="single" w:sz="4" w:space="0" w:color="BFBFBF" w:themeColor="background1" w:themeShade="BF"/>
            </w:tcBorders>
          </w:tcPr>
          <w:p w14:paraId="04F199F1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Květen</w:t>
            </w:r>
          </w:p>
        </w:tc>
        <w:tc>
          <w:tcPr>
            <w:tcW w:w="3029" w:type="dxa"/>
            <w:tcBorders>
              <w:bottom w:val="single" w:sz="4" w:space="0" w:color="BFBFBF" w:themeColor="background1" w:themeShade="BF"/>
            </w:tcBorders>
          </w:tcPr>
          <w:p w14:paraId="71850571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710" w:type="dxa"/>
            <w:tcBorders>
              <w:bottom w:val="single" w:sz="4" w:space="0" w:color="BFBFBF" w:themeColor="background1" w:themeShade="BF"/>
            </w:tcBorders>
          </w:tcPr>
          <w:p w14:paraId="6F03021B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393" w:type="dxa"/>
            <w:tcBorders>
              <w:bottom w:val="single" w:sz="4" w:space="0" w:color="BFBFBF" w:themeColor="background1" w:themeShade="BF"/>
            </w:tcBorders>
          </w:tcPr>
          <w:p w14:paraId="5747B98F" w14:textId="1B2508AA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</w:tr>
      <w:tr w:rsidR="00C46BD7" w:rsidRPr="003733FE" w14:paraId="64A58872" w14:textId="77777777" w:rsidTr="00C7544F">
        <w:trPr>
          <w:trHeight w:val="522"/>
        </w:trPr>
        <w:tc>
          <w:tcPr>
            <w:tcW w:w="1437" w:type="dxa"/>
            <w:tcBorders>
              <w:bottom w:val="single" w:sz="4" w:space="0" w:color="BFBFBF" w:themeColor="background1" w:themeShade="BF"/>
            </w:tcBorders>
          </w:tcPr>
          <w:p w14:paraId="13669102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Červen</w:t>
            </w:r>
          </w:p>
        </w:tc>
        <w:tc>
          <w:tcPr>
            <w:tcW w:w="3029" w:type="dxa"/>
            <w:tcBorders>
              <w:bottom w:val="single" w:sz="4" w:space="0" w:color="BFBFBF" w:themeColor="background1" w:themeShade="BF"/>
            </w:tcBorders>
          </w:tcPr>
          <w:p w14:paraId="60D5BD3C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30.06.2027</w:t>
            </w:r>
          </w:p>
          <w:p w14:paraId="02C999E4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710" w:type="dxa"/>
            <w:tcBorders>
              <w:bottom w:val="single" w:sz="4" w:space="0" w:color="BFBFBF" w:themeColor="background1" w:themeShade="BF"/>
            </w:tcBorders>
          </w:tcPr>
          <w:p w14:paraId="0B21734F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Vysvědčení</w:t>
            </w:r>
          </w:p>
        </w:tc>
        <w:tc>
          <w:tcPr>
            <w:tcW w:w="2393" w:type="dxa"/>
            <w:tcBorders>
              <w:bottom w:val="single" w:sz="4" w:space="0" w:color="BFBFBF" w:themeColor="background1" w:themeShade="BF"/>
            </w:tcBorders>
          </w:tcPr>
          <w:p w14:paraId="1D514903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 w:rsidRPr="007A4439">
              <w:rPr>
                <w:sz w:val="24"/>
                <w:szCs w:val="24"/>
                <w:lang w:val="cs-CZ"/>
              </w:rPr>
              <w:t>pátek</w:t>
            </w:r>
          </w:p>
          <w:p w14:paraId="526AC21C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</w:p>
        </w:tc>
      </w:tr>
      <w:tr w:rsidR="00C46BD7" w:rsidRPr="003733FE" w14:paraId="36522C94" w14:textId="77777777" w:rsidTr="00C7544F">
        <w:trPr>
          <w:trHeight w:val="522"/>
        </w:trPr>
        <w:tc>
          <w:tcPr>
            <w:tcW w:w="9569" w:type="dxa"/>
            <w:gridSpan w:val="4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3D705E86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</w:p>
          <w:p w14:paraId="1AE6FDBE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</w:p>
          <w:p w14:paraId="2AA12B4E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</w:p>
          <w:p w14:paraId="04071B8B" w14:textId="441F3AB6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 w:rsidRPr="00A10BF4">
              <w:rPr>
                <w:sz w:val="24"/>
                <w:szCs w:val="24"/>
                <w:lang w:val="cs-CZ"/>
              </w:rPr>
              <w:t>V Českém Dubu</w:t>
            </w:r>
            <w:r>
              <w:rPr>
                <w:sz w:val="24"/>
                <w:szCs w:val="24"/>
                <w:lang w:val="cs-CZ"/>
              </w:rPr>
              <w:t>, d</w:t>
            </w:r>
            <w:r w:rsidRPr="00A10BF4">
              <w:rPr>
                <w:sz w:val="24"/>
                <w:szCs w:val="24"/>
                <w:lang w:val="cs-CZ"/>
              </w:rPr>
              <w:t>ne 0</w:t>
            </w:r>
            <w:r>
              <w:rPr>
                <w:sz w:val="24"/>
                <w:szCs w:val="24"/>
                <w:lang w:val="cs-CZ"/>
              </w:rPr>
              <w:t>1</w:t>
            </w:r>
            <w:r w:rsidRPr="00A10BF4">
              <w:rPr>
                <w:sz w:val="24"/>
                <w:szCs w:val="24"/>
                <w:lang w:val="cs-CZ"/>
              </w:rPr>
              <w:t>.09.202</w:t>
            </w:r>
            <w:r>
              <w:rPr>
                <w:sz w:val="24"/>
                <w:szCs w:val="24"/>
                <w:lang w:val="cs-CZ"/>
              </w:rPr>
              <w:t xml:space="preserve">6                                                ....................................................                                         </w:t>
            </w:r>
          </w:p>
          <w:p w14:paraId="1FB84C8F" w14:textId="77777777" w:rsidR="00C46BD7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Alastair S. Edwards, Mus.B.</w:t>
            </w:r>
          </w:p>
          <w:p w14:paraId="7C5DD21A" w14:textId="77777777" w:rsidR="00C46BD7" w:rsidRPr="007A4439" w:rsidRDefault="00C46BD7" w:rsidP="00C7544F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ředitel školy</w:t>
            </w:r>
          </w:p>
        </w:tc>
      </w:tr>
    </w:tbl>
    <w:p w14:paraId="5684EF58" w14:textId="0437EBBC" w:rsidR="00C46BD7" w:rsidRPr="00C46BD7" w:rsidRDefault="00C46BD7" w:rsidP="00C46BD7">
      <w:pPr>
        <w:jc w:val="center"/>
        <w:rPr>
          <w:b/>
          <w:bCs/>
          <w:sz w:val="28"/>
          <w:szCs w:val="28"/>
          <w:lang w:val="cs-CZ"/>
        </w:rPr>
      </w:pPr>
      <w:r w:rsidRPr="00C46BD7">
        <w:rPr>
          <w:b/>
          <w:bCs/>
          <w:sz w:val="28"/>
          <w:szCs w:val="28"/>
          <w:lang w:val="cs-CZ"/>
        </w:rPr>
        <w:t>Státní svátky, prázdniny 202</w:t>
      </w:r>
      <w:r>
        <w:rPr>
          <w:b/>
          <w:bCs/>
          <w:sz w:val="28"/>
          <w:szCs w:val="28"/>
          <w:lang w:val="cs-CZ"/>
        </w:rPr>
        <w:t>6</w:t>
      </w:r>
      <w:r w:rsidRPr="00C46BD7">
        <w:rPr>
          <w:b/>
          <w:bCs/>
          <w:sz w:val="28"/>
          <w:szCs w:val="28"/>
          <w:lang w:val="cs-CZ"/>
        </w:rPr>
        <w:t>/202</w:t>
      </w:r>
      <w:r>
        <w:rPr>
          <w:b/>
          <w:bCs/>
          <w:sz w:val="28"/>
          <w:szCs w:val="28"/>
          <w:lang w:val="cs-CZ"/>
        </w:rPr>
        <w:t>7</w:t>
      </w:r>
    </w:p>
    <w:p w14:paraId="501936BE" w14:textId="77777777" w:rsidR="00C46BD7" w:rsidRPr="005D167C" w:rsidRDefault="00C46BD7" w:rsidP="00A825DD">
      <w:pPr>
        <w:spacing w:after="0"/>
        <w:rPr>
          <w:rFonts w:ascii="Arial" w:hAnsi="Arial" w:cs="Arial"/>
          <w:b/>
          <w:sz w:val="16"/>
          <w:szCs w:val="16"/>
          <w:lang w:val="cs-CZ"/>
        </w:rPr>
      </w:pPr>
    </w:p>
    <w:sectPr w:rsidR="00C46BD7" w:rsidRPr="005D167C" w:rsidSect="00C6793C">
      <w:headerReference w:type="default" r:id="rId10"/>
      <w:pgSz w:w="11906" w:h="16838" w:code="9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2EC2E" w14:textId="77777777" w:rsidR="009D684A" w:rsidRDefault="009D684A" w:rsidP="00A825DD">
      <w:pPr>
        <w:spacing w:after="0" w:line="240" w:lineRule="auto"/>
      </w:pPr>
      <w:r>
        <w:separator/>
      </w:r>
    </w:p>
  </w:endnote>
  <w:endnote w:type="continuationSeparator" w:id="0">
    <w:p w14:paraId="58EE3BA3" w14:textId="77777777" w:rsidR="009D684A" w:rsidRDefault="009D684A" w:rsidP="00A8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3295" w14:textId="77777777" w:rsidR="009D684A" w:rsidRDefault="009D684A" w:rsidP="00A825DD">
      <w:pPr>
        <w:spacing w:after="0" w:line="240" w:lineRule="auto"/>
      </w:pPr>
      <w:r>
        <w:separator/>
      </w:r>
    </w:p>
  </w:footnote>
  <w:footnote w:type="continuationSeparator" w:id="0">
    <w:p w14:paraId="6B2CEFDA" w14:textId="77777777" w:rsidR="009D684A" w:rsidRDefault="009D684A" w:rsidP="00A8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08F1" w14:textId="77777777" w:rsidR="005D167C" w:rsidRPr="00B85052" w:rsidRDefault="00A825DD" w:rsidP="0042539F">
    <w:pPr>
      <w:pStyle w:val="Header"/>
      <w:jc w:val="right"/>
      <w:rPr>
        <w:rFonts w:ascii="Times New Roman" w:hAnsi="Times New Roman" w:cs="Times New Roman"/>
        <w:b/>
        <w:sz w:val="24"/>
        <w:szCs w:val="24"/>
        <w:lang w:val="cs-CZ"/>
      </w:rPr>
    </w:pPr>
    <w:r w:rsidRPr="00B85052">
      <w:rPr>
        <w:rFonts w:ascii="Times New Roman" w:hAnsi="Times New Roman" w:cs="Times New Roman"/>
        <w:b/>
        <w:sz w:val="24"/>
        <w:szCs w:val="24"/>
        <w:lang w:val="cs-CZ"/>
      </w:rPr>
      <w:t xml:space="preserve">ZÁKLADNÍ UMĚLECKÁ ŠKOLA ČESKÝ DUB, </w:t>
    </w:r>
  </w:p>
  <w:p w14:paraId="2EA30C78" w14:textId="18641221" w:rsidR="005D167C" w:rsidRPr="00B85052" w:rsidRDefault="00A825DD" w:rsidP="0042539F">
    <w:pPr>
      <w:pStyle w:val="Header"/>
      <w:jc w:val="right"/>
      <w:rPr>
        <w:rFonts w:ascii="Times New Roman" w:hAnsi="Times New Roman" w:cs="Times New Roman"/>
        <w:b/>
        <w:sz w:val="24"/>
        <w:szCs w:val="24"/>
        <w:lang w:val="cs-CZ"/>
      </w:rPr>
    </w:pPr>
    <w:r w:rsidRPr="00B85052">
      <w:rPr>
        <w:rFonts w:ascii="Times New Roman" w:hAnsi="Times New Roman" w:cs="Times New Roman"/>
        <w:b/>
        <w:sz w:val="24"/>
        <w:szCs w:val="24"/>
        <w:lang w:val="cs-CZ"/>
      </w:rPr>
      <w:t>okr</w:t>
    </w:r>
    <w:r w:rsidR="00B85052" w:rsidRPr="00B85052">
      <w:rPr>
        <w:rFonts w:ascii="Times New Roman" w:hAnsi="Times New Roman" w:cs="Times New Roman"/>
        <w:b/>
        <w:sz w:val="24"/>
        <w:szCs w:val="24"/>
        <w:lang w:val="cs-CZ"/>
      </w:rPr>
      <w:t>e</w:t>
    </w:r>
    <w:r w:rsidRPr="00B85052">
      <w:rPr>
        <w:rFonts w:ascii="Times New Roman" w:hAnsi="Times New Roman" w:cs="Times New Roman"/>
        <w:b/>
        <w:sz w:val="24"/>
        <w:szCs w:val="24"/>
        <w:lang w:val="cs-CZ"/>
      </w:rPr>
      <w:t xml:space="preserve">s Liberec, příspěvková organizace, </w:t>
    </w:r>
  </w:p>
  <w:p w14:paraId="59A67D0B" w14:textId="21EA253B" w:rsidR="00A825DD" w:rsidRPr="00B85052" w:rsidRDefault="00A825DD" w:rsidP="0042539F">
    <w:pPr>
      <w:pStyle w:val="Header"/>
      <w:jc w:val="right"/>
      <w:rPr>
        <w:rFonts w:ascii="Times New Roman" w:hAnsi="Times New Roman" w:cs="Times New Roman"/>
        <w:lang w:val="cs-CZ"/>
      </w:rPr>
    </w:pPr>
    <w:r w:rsidRPr="00B85052">
      <w:rPr>
        <w:rFonts w:ascii="Times New Roman" w:hAnsi="Times New Roman" w:cs="Times New Roman"/>
        <w:sz w:val="16"/>
        <w:szCs w:val="16"/>
        <w:lang w:val="cs-CZ"/>
      </w:rPr>
      <w:t>Komenského 46, 463 43 Český Dub</w:t>
    </w:r>
    <w:r w:rsidRPr="00B85052">
      <w:rPr>
        <w:rFonts w:ascii="Times New Roman" w:hAnsi="Times New Roman" w:cs="Times New Roman"/>
        <w:sz w:val="16"/>
        <w:szCs w:val="16"/>
        <w:lang w:val="cs-CZ"/>
      </w:rPr>
      <w:br/>
    </w:r>
    <w:r w:rsidRPr="00B85052">
      <w:rPr>
        <w:rFonts w:ascii="Segoe UI Emoji" w:hAnsi="Segoe UI Emoji" w:cs="Segoe UI Emoji"/>
        <w:sz w:val="16"/>
        <w:szCs w:val="16"/>
        <w:lang w:val="cs-CZ"/>
      </w:rPr>
      <w:t>📧</w:t>
    </w:r>
    <w:r w:rsidRPr="00B85052">
      <w:rPr>
        <w:rFonts w:ascii="Times New Roman" w:hAnsi="Times New Roman" w:cs="Times New Roman"/>
        <w:sz w:val="16"/>
        <w:szCs w:val="16"/>
        <w:lang w:val="cs-CZ"/>
      </w:rPr>
      <w:t xml:space="preserve"> reditel@zuscdub.cz | </w:t>
    </w:r>
    <w:r w:rsidRPr="00B85052">
      <w:rPr>
        <w:rFonts w:ascii="Segoe UI Emoji" w:hAnsi="Segoe UI Emoji" w:cs="Segoe UI Emoji"/>
        <w:sz w:val="16"/>
        <w:szCs w:val="16"/>
        <w:lang w:val="cs-CZ"/>
      </w:rPr>
      <w:t>☎️</w:t>
    </w:r>
    <w:r w:rsidRPr="00B85052">
      <w:rPr>
        <w:rFonts w:ascii="Times New Roman" w:hAnsi="Times New Roman" w:cs="Times New Roman"/>
        <w:sz w:val="16"/>
        <w:szCs w:val="16"/>
        <w:lang w:val="cs-CZ"/>
      </w:rPr>
      <w:t xml:space="preserve"> (+420) 771 500 770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B04D20"/>
    <w:multiLevelType w:val="multilevel"/>
    <w:tmpl w:val="805A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031773">
    <w:abstractNumId w:val="8"/>
  </w:num>
  <w:num w:numId="2" w16cid:durableId="1683437106">
    <w:abstractNumId w:val="6"/>
  </w:num>
  <w:num w:numId="3" w16cid:durableId="1618026552">
    <w:abstractNumId w:val="5"/>
  </w:num>
  <w:num w:numId="4" w16cid:durableId="305428028">
    <w:abstractNumId w:val="4"/>
  </w:num>
  <w:num w:numId="5" w16cid:durableId="526333541">
    <w:abstractNumId w:val="7"/>
  </w:num>
  <w:num w:numId="6" w16cid:durableId="658269216">
    <w:abstractNumId w:val="3"/>
  </w:num>
  <w:num w:numId="7" w16cid:durableId="1001396596">
    <w:abstractNumId w:val="2"/>
  </w:num>
  <w:num w:numId="8" w16cid:durableId="1254513942">
    <w:abstractNumId w:val="1"/>
  </w:num>
  <w:num w:numId="9" w16cid:durableId="977026267">
    <w:abstractNumId w:val="0"/>
  </w:num>
  <w:num w:numId="10" w16cid:durableId="12303095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566B"/>
    <w:rsid w:val="0015074B"/>
    <w:rsid w:val="00233945"/>
    <w:rsid w:val="0029639D"/>
    <w:rsid w:val="00300D8B"/>
    <w:rsid w:val="00326F90"/>
    <w:rsid w:val="003E04CB"/>
    <w:rsid w:val="0042539F"/>
    <w:rsid w:val="005D167C"/>
    <w:rsid w:val="0064639C"/>
    <w:rsid w:val="00776A45"/>
    <w:rsid w:val="007B659C"/>
    <w:rsid w:val="008044A1"/>
    <w:rsid w:val="0085596E"/>
    <w:rsid w:val="0087477E"/>
    <w:rsid w:val="00924072"/>
    <w:rsid w:val="009B696F"/>
    <w:rsid w:val="009D684A"/>
    <w:rsid w:val="00A06F30"/>
    <w:rsid w:val="00A23A84"/>
    <w:rsid w:val="00A825DD"/>
    <w:rsid w:val="00AA1D8D"/>
    <w:rsid w:val="00AA3497"/>
    <w:rsid w:val="00AE6993"/>
    <w:rsid w:val="00AF3F95"/>
    <w:rsid w:val="00B47730"/>
    <w:rsid w:val="00B85052"/>
    <w:rsid w:val="00C01496"/>
    <w:rsid w:val="00C46BD7"/>
    <w:rsid w:val="00C6793C"/>
    <w:rsid w:val="00CB0664"/>
    <w:rsid w:val="00D85E0A"/>
    <w:rsid w:val="00DA4F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94287C"/>
  <w14:defaultImageDpi w14:val="300"/>
  <w15:docId w15:val="{3AF29B86-7D67-2443-868E-C74F23C7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8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TableGridLight">
    <w:name w:val="Grid Table Light"/>
    <w:basedOn w:val="TableNormal"/>
    <w:uiPriority w:val="40"/>
    <w:rsid w:val="00C46BD7"/>
    <w:pPr>
      <w:spacing w:after="0" w:line="240" w:lineRule="auto"/>
    </w:pPr>
    <w:rPr>
      <w:rFonts w:eastAsiaTheme="minorHAnsi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Alastair Edwards</cp:lastModifiedBy>
  <cp:revision>3</cp:revision>
  <cp:lastPrinted>2026-06-08T09:39:00Z</cp:lastPrinted>
  <dcterms:created xsi:type="dcterms:W3CDTF">2026-09-02T11:25:00Z</dcterms:created>
  <dcterms:modified xsi:type="dcterms:W3CDTF">2026-09-02T11:25:00Z</dcterms:modified>
  <cp:category/>
</cp:coreProperties>
</file>